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40"/>
        <w:jc w:val="center"/>
      </w:pPr>
      <w:r>
        <w:rPr>
          <w:b/>
          <w:i w:val="0"/>
          <w:sz w:val="26"/>
        </w:rPr>
        <w:t>DELEGA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Il/La sottoscritto/a </w:t>
      </w:r>
      <w:r>
        <w:rPr>
          <w:b w:val="0"/>
          <w:i w:val="0"/>
          <w:highlight w:val="lightGray"/>
        </w:rPr>
        <w:t>[Nome e cognome del delegante]</w:t>
      </w:r>
      <w:r>
        <w:rPr>
          <w:b w:val="0"/>
          <w:i w:val="0"/>
        </w:rPr>
        <w:t xml:space="preserve">, nato/a a </w:t>
      </w:r>
      <w:r>
        <w:rPr>
          <w:b w:val="0"/>
          <w:i w:val="0"/>
          <w:highlight w:val="lightGray"/>
        </w:rPr>
        <w:t>[Luogo di nascita]</w:t>
      </w:r>
      <w:r>
        <w:rPr>
          <w:b w:val="0"/>
          <w:i w:val="0"/>
        </w:rPr>
        <w:t xml:space="preserve"> il </w:t>
      </w:r>
      <w:r>
        <w:rPr>
          <w:b w:val="0"/>
          <w:i w:val="0"/>
          <w:highlight w:val="lightGray"/>
        </w:rPr>
        <w:t>[Data di nascita]</w:t>
      </w:r>
      <w:r>
        <w:rPr>
          <w:b w:val="0"/>
          <w:i w:val="0"/>
        </w:rPr>
        <w:t xml:space="preserve">, residente a </w:t>
      </w:r>
      <w:r>
        <w:rPr>
          <w:b w:val="0"/>
          <w:i w:val="0"/>
          <w:highlight w:val="lightGray"/>
        </w:rPr>
        <w:t>[Comune]</w:t>
      </w:r>
      <w:r>
        <w:rPr>
          <w:b w:val="0"/>
          <w:i w:val="0"/>
        </w:rPr>
        <w:t xml:space="preserve"> (</w:t>
      </w:r>
      <w:r>
        <w:rPr>
          <w:b w:val="0"/>
          <w:i w:val="0"/>
          <w:highlight w:val="lightGray"/>
        </w:rPr>
        <w:t>[Provincia]</w:t>
      </w:r>
      <w:r>
        <w:rPr>
          <w:b w:val="0"/>
          <w:i w:val="0"/>
        </w:rPr>
        <w:t xml:space="preserve">) in </w:t>
      </w:r>
      <w:r>
        <w:rPr>
          <w:b w:val="0"/>
          <w:i w:val="0"/>
          <w:highlight w:val="lightGray"/>
        </w:rPr>
        <w:t>[Via e numero civico]</w:t>
      </w:r>
      <w:r>
        <w:rPr>
          <w:b w:val="0"/>
          <w:i w:val="0"/>
        </w:rPr>
        <w:t xml:space="preserve">, codice fiscale </w:t>
      </w:r>
      <w:r>
        <w:rPr>
          <w:b w:val="0"/>
          <w:i w:val="0"/>
          <w:highlight w:val="lightGray"/>
        </w:rPr>
        <w:t>[Codice fiscale]</w:t>
      </w:r>
      <w:r>
        <w:rPr>
          <w:b w:val="0"/>
          <w:i w:val="0"/>
        </w:rPr>
        <w:t xml:space="preserve">, documento di identità </w:t>
      </w:r>
      <w:r>
        <w:rPr>
          <w:b w:val="0"/>
          <w:i w:val="0"/>
          <w:highlight w:val="lightGray"/>
        </w:rPr>
        <w:t>[Tipo e numero del documento]</w:t>
      </w:r>
      <w:r>
        <w:rPr>
          <w:b w:val="0"/>
          <w:i w:val="0"/>
        </w:rPr>
        <w:t xml:space="preserve"> rilasciato da </w:t>
      </w:r>
      <w:r>
        <w:rPr>
          <w:b w:val="0"/>
          <w:i w:val="0"/>
          <w:highlight w:val="lightGray"/>
        </w:rPr>
        <w:t>[Ente]</w:t>
      </w:r>
      <w:r>
        <w:rPr>
          <w:b w:val="0"/>
          <w:i w:val="0"/>
        </w:rPr>
        <w:t xml:space="preserve"> il </w:t>
      </w:r>
      <w:r>
        <w:rPr>
          <w:b w:val="0"/>
          <w:i w:val="0"/>
          <w:highlight w:val="lightGray"/>
        </w:rPr>
        <w:t>[Data di rilascio]</w:t>
      </w:r>
      <w:r>
        <w:rPr>
          <w:b w:val="0"/>
          <w:i w:val="0"/>
        </w:rPr>
        <w:t>,</w:t>
      </w:r>
    </w:p>
    <w:p>
      <w:pPr>
        <w:spacing w:before="120" w:after="160"/>
        <w:jc w:val="center"/>
      </w:pPr>
      <w:r>
        <w:rPr>
          <w:b/>
          <w:i w:val="0"/>
        </w:rPr>
        <w:t>DELEGA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il/la Sig./Sig.ra </w:t>
      </w:r>
      <w:r>
        <w:rPr>
          <w:b w:val="0"/>
          <w:i w:val="0"/>
          <w:highlight w:val="lightGray"/>
        </w:rPr>
        <w:t>[Nome e cognome del delegato]</w:t>
      </w:r>
      <w:r>
        <w:rPr>
          <w:b w:val="0"/>
          <w:i w:val="0"/>
        </w:rPr>
        <w:t xml:space="preserve">, nato/a a </w:t>
      </w:r>
      <w:r>
        <w:rPr>
          <w:b w:val="0"/>
          <w:i w:val="0"/>
          <w:highlight w:val="lightGray"/>
        </w:rPr>
        <w:t>[Luogo di nascita]</w:t>
      </w:r>
      <w:r>
        <w:rPr>
          <w:b w:val="0"/>
          <w:i w:val="0"/>
        </w:rPr>
        <w:t xml:space="preserve"> il </w:t>
      </w:r>
      <w:r>
        <w:rPr>
          <w:b w:val="0"/>
          <w:i w:val="0"/>
          <w:highlight w:val="lightGray"/>
        </w:rPr>
        <w:t>[Data di nascita]</w:t>
      </w:r>
      <w:r>
        <w:rPr>
          <w:b w:val="0"/>
          <w:i w:val="0"/>
        </w:rPr>
        <w:t xml:space="preserve">, residente a </w:t>
      </w:r>
      <w:r>
        <w:rPr>
          <w:b w:val="0"/>
          <w:i w:val="0"/>
          <w:highlight w:val="lightGray"/>
        </w:rPr>
        <w:t>[Comune]</w:t>
      </w:r>
      <w:r>
        <w:rPr>
          <w:b w:val="0"/>
          <w:i w:val="0"/>
        </w:rPr>
        <w:t xml:space="preserve"> (</w:t>
      </w:r>
      <w:r>
        <w:rPr>
          <w:b w:val="0"/>
          <w:i w:val="0"/>
          <w:highlight w:val="lightGray"/>
        </w:rPr>
        <w:t>[Provincia]</w:t>
      </w:r>
      <w:r>
        <w:rPr>
          <w:b w:val="0"/>
          <w:i w:val="0"/>
        </w:rPr>
        <w:t xml:space="preserve">) in </w:t>
      </w:r>
      <w:r>
        <w:rPr>
          <w:b w:val="0"/>
          <w:i w:val="0"/>
          <w:highlight w:val="lightGray"/>
        </w:rPr>
        <w:t>[Via e numero civico]</w:t>
      </w:r>
      <w:r>
        <w:rPr>
          <w:b w:val="0"/>
          <w:i w:val="0"/>
        </w:rPr>
        <w:t xml:space="preserve">, codice fiscale </w:t>
      </w:r>
      <w:r>
        <w:rPr>
          <w:b w:val="0"/>
          <w:i w:val="0"/>
          <w:highlight w:val="lightGray"/>
        </w:rPr>
        <w:t>[Codice fiscale]</w:t>
      </w:r>
      <w:r>
        <w:rPr>
          <w:b w:val="0"/>
          <w:i w:val="0"/>
        </w:rPr>
        <w:t xml:space="preserve">, documento di identità </w:t>
      </w:r>
      <w:r>
        <w:rPr>
          <w:b w:val="0"/>
          <w:i w:val="0"/>
          <w:highlight w:val="lightGray"/>
        </w:rPr>
        <w:t>[Tipo e numero del documento]</w:t>
      </w:r>
      <w:r>
        <w:rPr>
          <w:b w:val="0"/>
          <w:i w:val="0"/>
        </w:rPr>
        <w:t>,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a </w:t>
      </w:r>
      <w:r>
        <w:rPr>
          <w:b w:val="0"/>
          <w:i w:val="0"/>
          <w:highlight w:val="lightGray"/>
        </w:rPr>
        <w:t>[Descrizione precisa dell'attività: ad es. ritirare il certificato di residenza / la raccomandata n. ... / presentare la domanda di ...]</w:t>
      </w:r>
      <w:r>
        <w:rPr>
          <w:b w:val="0"/>
          <w:i w:val="0"/>
        </w:rPr>
        <w:t xml:space="preserve"> presso </w:t>
      </w:r>
      <w:r>
        <w:rPr>
          <w:b w:val="0"/>
          <w:i w:val="0"/>
          <w:highlight w:val="lightGray"/>
        </w:rPr>
        <w:t>[Ufficio o ente e relativo indirizzo]</w:t>
      </w:r>
      <w:r>
        <w:rPr>
          <w:b w:val="0"/>
          <w:i w:val="0"/>
        </w:rPr>
        <w:t>, in nome e per conto del/della sottoscritto/a.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Motivo dell'impedimento (se richiesto dall'ufficio): </w:t>
      </w:r>
      <w:r>
        <w:rPr>
          <w:b w:val="0"/>
          <w:i w:val="0"/>
          <w:highlight w:val="lightGray"/>
        </w:rPr>
        <w:t>[Motivo]</w:t>
      </w:r>
      <w:r>
        <w:rPr>
          <w:b w:val="0"/>
          <w:i w:val="0"/>
        </w:rPr>
        <w:t>.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La presente delega è valida </w:t>
      </w:r>
      <w:r>
        <w:rPr>
          <w:b w:val="0"/>
          <w:i w:val="0"/>
          <w:highlight w:val="lightGray"/>
        </w:rPr>
        <w:t>[esclusivamente per la data del ... / fino al ...]</w:t>
      </w:r>
      <w:r>
        <w:rPr>
          <w:b w:val="0"/>
          <w:i w:val="0"/>
        </w:rPr>
        <w:t>.</w:t>
      </w:r>
    </w:p>
    <w:p>
      <w:pPr>
        <w:spacing w:before="0" w:after="120"/>
        <w:jc w:val="both"/>
      </w:pPr>
      <w:r>
        <w:rPr>
          <w:b w:val="0"/>
          <w:i w:val="0"/>
        </w:rPr>
        <w:t>Si allegano copia del documento di identità del delegante e copia del documento di identità del delegato.</w:t>
      </w:r>
    </w:p>
    <w:p>
      <w:pPr>
        <w:spacing w:before="0" w:after="120"/>
        <w:jc w:val="both"/>
      </w:pPr>
      <w:r>
        <w:rPr>
          <w:b w:val="0"/>
          <w:i w:val="0"/>
          <w:highlight w:val="lightGray"/>
        </w:rPr>
        <w:t>[Luogo]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lightGray"/>
        </w:rPr>
        <w:t>[Data]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</w:tcPr>
          <w:p>
            <w:r/>
            <w:r>
              <w:rPr>
                <w:i/>
              </w:rPr>
              <w:t>Firma del delegante</w:t>
            </w:r>
          </w:p>
        </w:tc>
        <w:tc>
          <w:tcPr>
            <w:tcW w:type="dxa" w:w="4592"/>
          </w:tcPr>
          <w:p>
            <w:r/>
            <w:r>
              <w:rPr>
                <w:i/>
              </w:rPr>
              <w:t>Firma del delegato per accettazione</w:t>
            </w:r>
          </w:p>
        </w:tc>
      </w:tr>
      <w:tr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Modello gratuito scaricato da www.modellidicontratto.it – verificarne l'adeguatezza al caso concreto. Aggiornato: 4 novembre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delega generica</dc:title>
  <dc:subject>Delega generica</dc:subject>
  <dc:creator>Modelli di Contratto</dc:creator>
  <cp:keywords>fac simile, modello, Delega generica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