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 w:val="0"/>
          <w:i w:val="0"/>
          <w:highlight w:val="lightGray"/>
        </w:rPr>
        <w:t>[Nome e cognome del conduttore]</w:t>
      </w:r>
      <w:r>
        <w:br/>
      </w:r>
      <w:r>
        <w:rPr>
          <w:b w:val="0"/>
          <w:i w:val="0"/>
          <w:highlight w:val="lightGray"/>
        </w:rPr>
        <w:t>[Indirizzo]</w:t>
      </w:r>
      <w:r>
        <w:br/>
      </w:r>
      <w:r>
        <w:rPr>
          <w:b w:val="0"/>
          <w:i w:val="0"/>
          <w:highlight w:val="lightGray"/>
        </w:rPr>
        <w:t>[CAP, Comune (Provincia)]</w:t>
      </w:r>
      <w:r>
        <w:br/>
      </w:r>
      <w:r>
        <w:rPr>
          <w:b w:val="0"/>
          <w:i w:val="0"/>
          <w:highlight w:val="lightGray"/>
        </w:rPr>
        <w:t>[Codice fiscale]</w:t>
      </w:r>
    </w:p>
    <w:p>
      <w:pPr>
        <w:spacing w:before="0" w:after="240"/>
        <w:ind w:left="5386"/>
      </w:pPr>
      <w:r>
        <w:rPr>
          <w:b w:val="0"/>
          <w:i w:val="0"/>
        </w:rPr>
        <w:t>Spett.le / Gentile</w:t>
      </w:r>
      <w:r>
        <w:br/>
      </w:r>
      <w:r>
        <w:rPr>
          <w:b w:val="0"/>
          <w:i w:val="0"/>
          <w:highlight w:val="lightGray"/>
        </w:rPr>
        <w:t>[Nome e cognome del locatore]</w:t>
      </w:r>
      <w:r>
        <w:br/>
      </w:r>
      <w:r>
        <w:rPr>
          <w:b w:val="0"/>
          <w:i w:val="0"/>
          <w:highlight w:val="lightGray"/>
        </w:rPr>
        <w:t>[Indirizzo]</w:t>
      </w:r>
      <w:r>
        <w:br/>
      </w:r>
      <w:r>
        <w:rPr>
          <w:b w:val="0"/>
          <w:i w:val="0"/>
          <w:highlight w:val="lightGray"/>
        </w:rPr>
        <w:t>[CAP, Comune (Provincia)]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Inviata a mezzo </w:t>
      </w:r>
      <w:r>
        <w:rPr>
          <w:b w:val="0"/>
          <w:i w:val="0"/>
          <w:highlight w:val="lightGray"/>
        </w:rPr>
        <w:t>[raccomandata A/R / PEC all'indirizzo ...]</w:t>
      </w:r>
    </w:p>
    <w:p>
      <w:pPr>
        <w:spacing w:before="0" w:after="120"/>
        <w:jc w:val="both"/>
      </w:pPr>
      <w:r>
        <w:rPr>
          <w:b/>
          <w:i w:val="0"/>
        </w:rPr>
        <w:t xml:space="preserve">Oggetto: disdetta del contratto di locazione ad uso abitativo relativo all'immobile sito in </w:t>
      </w:r>
      <w:r>
        <w:rPr>
          <w:b/>
          <w:i w:val="0"/>
          <w:highlight w:val="lightGray"/>
        </w:rPr>
        <w:t>[Comune]</w:t>
      </w:r>
      <w:r>
        <w:rPr>
          <w:b/>
          <w:i w:val="0"/>
        </w:rPr>
        <w:t xml:space="preserve">, </w:t>
      </w:r>
      <w:r>
        <w:rPr>
          <w:b/>
          <w:i w:val="0"/>
          <w:highlight w:val="lightGray"/>
        </w:rPr>
        <w:t>[Via e numero civico]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cognome]</w:t>
      </w:r>
      <w:r>
        <w:rPr>
          <w:b w:val="0"/>
          <w:i w:val="0"/>
        </w:rPr>
        <w:t xml:space="preserve">, in qualità di conduttore dell'immobile sopra indicato in forza del contratto di locazione stipulato in data </w:t>
      </w:r>
      <w:r>
        <w:rPr>
          <w:b w:val="0"/>
          <w:i w:val="0"/>
          <w:highlight w:val="lightGray"/>
        </w:rPr>
        <w:t>[Data di stipula]</w:t>
      </w:r>
      <w:r>
        <w:rPr>
          <w:b w:val="0"/>
          <w:i w:val="0"/>
        </w:rPr>
        <w:t xml:space="preserve"> e registrato presso l'Agenzia delle Entrate di </w:t>
      </w:r>
      <w:r>
        <w:rPr>
          <w:b w:val="0"/>
          <w:i w:val="0"/>
          <w:highlight w:val="lightGray"/>
        </w:rPr>
        <w:t>[Ufficio]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 di registrazione]</w:t>
      </w:r>
      <w:r>
        <w:rPr>
          <w:b w:val="0"/>
          <w:i w:val="0"/>
        </w:rPr>
        <w:t xml:space="preserve"> al n.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serie </w:t>
      </w:r>
      <w:r>
        <w:rPr>
          <w:b w:val="0"/>
          <w:i w:val="0"/>
          <w:highlight w:val="lightGray"/>
        </w:rPr>
        <w:t>[Serie]</w:t>
      </w:r>
      <w:r>
        <w:rPr>
          <w:b w:val="0"/>
          <w:i w:val="0"/>
        </w:rPr>
        <w:t>,</w:t>
      </w:r>
    </w:p>
    <w:p>
      <w:pPr>
        <w:spacing w:before="120" w:after="160"/>
        <w:jc w:val="center"/>
      </w:pPr>
      <w:r>
        <w:rPr>
          <w:b/>
          <w:i w:val="0"/>
        </w:rPr>
        <w:t>COMUNICA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la propria volontà di recedere dal suddetto contratto </w:t>
      </w:r>
      <w:r>
        <w:rPr>
          <w:b w:val="0"/>
          <w:i w:val="0"/>
          <w:highlight w:val="lightGray"/>
        </w:rPr>
        <w:t>[per i seguenti gravi motivi, ai sensi dell'art. 3, comma 6, della Legge 9 dicembre 1998, n. 431: ... / in base alla facoltà di recesso prevista dall'art. ... del contratto / con effetto dalla naturale scadenza del ...]</w:t>
      </w:r>
      <w:r>
        <w:rPr>
          <w:b w:val="0"/>
          <w:i w:val="0"/>
        </w:rPr>
        <w:t xml:space="preserve">, con un preavviso di </w:t>
      </w:r>
      <w:r>
        <w:rPr>
          <w:b w:val="0"/>
          <w:i w:val="0"/>
          <w:highlight w:val="lightGray"/>
        </w:rPr>
        <w:t>[sei]</w:t>
      </w:r>
      <w:r>
        <w:rPr>
          <w:b w:val="0"/>
          <w:i w:val="0"/>
        </w:rPr>
        <w:t xml:space="preserve"> mesi decorrente dalla data di ricezione della presente.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rilascio dell'immobile avverrà pertanto entro il </w:t>
      </w:r>
      <w:r>
        <w:rPr>
          <w:b w:val="0"/>
          <w:i w:val="0"/>
          <w:highlight w:val="lightGray"/>
        </w:rPr>
        <w:t>[Data di rilascio]</w:t>
      </w:r>
      <w:r>
        <w:rPr>
          <w:b w:val="0"/>
          <w:i w:val="0"/>
        </w:rPr>
        <w:t>, con contestuale riconsegna delle chiavi e redazione in contraddittorio di un verbale sullo stato dell'immobile.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Chiede altresì la restituzione del deposito cauzionale di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, maggiorato degli interessi legali maturati, mediante bonifico sul conto corrente intestato a </w:t>
      </w:r>
      <w:r>
        <w:rPr>
          <w:b w:val="0"/>
          <w:i w:val="0"/>
          <w:highlight w:val="lightGray"/>
        </w:rPr>
        <w:t>[Intestatario]</w:t>
      </w:r>
      <w:r>
        <w:rPr>
          <w:b w:val="0"/>
          <w:i w:val="0"/>
        </w:rPr>
        <w:t xml:space="preserve">, IBAN </w:t>
      </w:r>
      <w:r>
        <w:rPr>
          <w:b w:val="0"/>
          <w:i w:val="0"/>
          <w:highlight w:val="lightGray"/>
        </w:rPr>
        <w:t>[IBAN]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Resta a disposizione per concordare la data del sopralluogo e della riconsegna ai seguenti recapiti: </w:t>
      </w:r>
      <w:r>
        <w:rPr>
          <w:b w:val="0"/>
          <w:i w:val="0"/>
          <w:highlight w:val="lightGray"/>
        </w:rPr>
        <w:t>[Telefono]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[E-mail]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>Distinti saluti.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Firma del conduttore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disdetta contratto di locazione</dc:title>
  <dc:subject>Disdetta contratto di locazione</dc:subject>
  <dc:creator>Modelli di Contratto</dc:creator>
  <cp:keywords>fac simile, modello, Disdetta contratto di locazione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