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  <w:highlight w:val="lightGray"/>
        </w:rPr>
        <w:t>[Ragione sociale o nome del fornitore]</w:t>
      </w:r>
      <w:r>
        <w:br/>
      </w:r>
      <w:r>
        <w:rPr>
          <w:b w:val="0"/>
          <w:i w:val="0"/>
          <w:highlight w:val="lightGray"/>
        </w:rPr>
        <w:t>[Indirizzo, CAP, Comune (Provincia)]</w:t>
      </w:r>
      <w:r>
        <w:br/>
      </w:r>
      <w:r>
        <w:rPr>
          <w:b w:val="0"/>
          <w:i w:val="0"/>
        </w:rPr>
        <w:t xml:space="preserve">P. IVA </w:t>
      </w:r>
      <w:r>
        <w:rPr>
          <w:b w:val="0"/>
          <w:i w:val="0"/>
          <w:highlight w:val="lightGray"/>
        </w:rPr>
        <w:t>[Partita IVA]</w:t>
      </w:r>
      <w:r>
        <w:rPr>
          <w:b w:val="0"/>
          <w:i w:val="0"/>
        </w:rPr>
        <w:t xml:space="preserve"> – C.F. </w:t>
      </w:r>
      <w:r>
        <w:rPr>
          <w:b w:val="0"/>
          <w:i w:val="0"/>
          <w:highlight w:val="lightGray"/>
        </w:rPr>
        <w:t>[Codice fiscale]</w:t>
      </w:r>
      <w:r>
        <w:br/>
      </w:r>
      <w:r>
        <w:rPr>
          <w:b w:val="0"/>
          <w:i w:val="0"/>
          <w:highlight w:val="lightGray"/>
        </w:rPr>
        <w:t>[PEC / E-mail]</w:t>
      </w:r>
      <w:r>
        <w:rPr>
          <w:b w:val="0"/>
          <w:i w:val="0"/>
        </w:rPr>
        <w:t xml:space="preserve"> – </w:t>
      </w:r>
      <w:r>
        <w:rPr>
          <w:b w:val="0"/>
          <w:i w:val="0"/>
          <w:highlight w:val="lightGray"/>
        </w:rPr>
        <w:t>[Telefono]</w:t>
      </w:r>
    </w:p>
    <w:p>
      <w:pPr>
        <w:spacing w:before="0" w:after="240"/>
        <w:ind w:left="5386"/>
      </w:pPr>
      <w:r>
        <w:rPr>
          <w:b w:val="0"/>
          <w:i w:val="0"/>
        </w:rPr>
        <w:t>Cliente:</w:t>
      </w:r>
      <w:r>
        <w:br/>
      </w:r>
      <w:r>
        <w:rPr>
          <w:b w:val="0"/>
          <w:i w:val="0"/>
          <w:highlight w:val="lightGray"/>
        </w:rPr>
        <w:t>[Ragione sociale o nome del cliente]</w:t>
      </w:r>
      <w:r>
        <w:br/>
      </w:r>
      <w:r>
        <w:rPr>
          <w:b w:val="0"/>
          <w:i w:val="0"/>
          <w:highlight w:val="lightGray"/>
        </w:rPr>
        <w:t>[Indirizzo, CAP, Comune (Provincia)]</w:t>
      </w:r>
      <w:r>
        <w:br/>
      </w:r>
      <w:r>
        <w:rPr>
          <w:b w:val="0"/>
          <w:i w:val="0"/>
        </w:rPr>
        <w:t xml:space="preserve">P. IVA / C.F. </w:t>
      </w:r>
      <w:r>
        <w:rPr>
          <w:b w:val="0"/>
          <w:i w:val="0"/>
          <w:highlight w:val="lightGray"/>
        </w:rPr>
        <w:t>[Partita IVA o codice fiscale]</w:t>
      </w:r>
      <w:r>
        <w:br/>
      </w:r>
      <w:r>
        <w:rPr>
          <w:b w:val="0"/>
          <w:i w:val="0"/>
        </w:rPr>
        <w:t xml:space="preserve">Codice destinatario SdI / PEC: </w:t>
      </w:r>
      <w:r>
        <w:rPr>
          <w:b w:val="0"/>
          <w:i w:val="0"/>
          <w:highlight w:val="lightGray"/>
        </w:rPr>
        <w:t>[Codice]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>FATTURA PROFORMA</w:t>
      </w:r>
    </w:p>
    <w:p>
      <w:pPr>
        <w:spacing w:before="0" w:after="120"/>
        <w:jc w:val="center"/>
      </w:pPr>
      <w:r>
        <w:rPr>
          <w:b w:val="0"/>
          <w:i w:val="0"/>
        </w:rPr>
        <w:t xml:space="preserve">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del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– Validità dell'offerta: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giorni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Descrizione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Q.tà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Prezzo unit.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IVA %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Importo</w:t>
            </w:r>
          </w:p>
        </w:tc>
      </w:tr>
      <w:tr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[Descrizione bene o servizio]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[1]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</w:rPr>
              <w:t xml:space="preserve">€ </w:t>
            </w:r>
            <w:r>
              <w:rPr>
                <w:i w:val="0"/>
                <w:highlight w:val="lightGray"/>
              </w:rPr>
              <w:t>[0,00]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[22]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i w:val="0"/>
              </w:rPr>
              <w:t xml:space="preserve">€ </w:t>
            </w:r>
            <w:r>
              <w:rPr>
                <w:i w:val="0"/>
                <w:highlight w:val="lightGray"/>
              </w:rPr>
              <w:t>[0,00]</w:t>
            </w:r>
          </w:p>
        </w:tc>
      </w:tr>
      <w:tr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[Descrizione bene o servizio]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[1]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</w:rPr>
              <w:t xml:space="preserve">€ </w:t>
            </w:r>
            <w:r>
              <w:rPr>
                <w:i w:val="0"/>
                <w:highlight w:val="lightGray"/>
              </w:rPr>
              <w:t>[0,00]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[22]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i w:val="0"/>
              </w:rPr>
              <w:t xml:space="preserve">€ </w:t>
            </w:r>
            <w:r>
              <w:rPr>
                <w:i w:val="0"/>
                <w:highlight w:val="lightGray"/>
              </w:rPr>
              <w:t>[0,00]</w:t>
            </w:r>
          </w:p>
        </w:tc>
      </w:tr>
      <w:tr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[Descrizione bene o servizio]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[1]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</w:rPr>
              <w:t xml:space="preserve">€ </w:t>
            </w:r>
            <w:r>
              <w:rPr>
                <w:i w:val="0"/>
                <w:highlight w:val="lightGray"/>
              </w:rPr>
              <w:t>[0,00]</w:t>
            </w:r>
          </w:p>
        </w:tc>
        <w:tc>
          <w:tcPr>
            <w:tcW w:type="dxa" w:w="1837"/>
          </w:tcPr>
          <w:p>
            <w:r/>
            <w:r>
              <w:rPr>
                <w:i w:val="0"/>
                <w:highlight w:val="lightGray"/>
              </w:rPr>
              <w:t>[22]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i w:val="0"/>
              </w:rPr>
              <w:t xml:space="preserve">€ </w:t>
            </w:r>
            <w:r>
              <w:rPr>
                <w:i w:val="0"/>
                <w:highlight w:val="lightGray"/>
              </w:rPr>
              <w:t>[0,00]</w:t>
            </w:r>
          </w:p>
        </w:tc>
      </w:tr>
      <w:tr>
        <w:tc>
          <w:tcPr>
            <w:tcW w:type="dxa" w:w="7348"/>
            <w:gridSpan w:val="4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>Imponibile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€ </w:t>
            </w:r>
            <w:r>
              <w:rPr>
                <w:b w:val="0"/>
                <w:i w:val="0"/>
                <w:highlight w:val="lightGray"/>
              </w:rPr>
              <w:t>[0,00]</w:t>
            </w:r>
          </w:p>
        </w:tc>
      </w:tr>
      <w:tr>
        <w:tc>
          <w:tcPr>
            <w:tcW w:type="dxa" w:w="7348"/>
            <w:gridSpan w:val="4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IVA </w:t>
            </w:r>
            <w:r>
              <w:rPr>
                <w:b w:val="0"/>
                <w:i w:val="0"/>
                <w:highlight w:val="lightGray"/>
              </w:rPr>
              <w:t>[22]</w:t>
            </w:r>
            <w:r>
              <w:rPr>
                <w:b w:val="0"/>
                <w:i w:val="0"/>
              </w:rPr>
              <w:t>%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€ </w:t>
            </w:r>
            <w:r>
              <w:rPr>
                <w:b w:val="0"/>
                <w:i w:val="0"/>
                <w:highlight w:val="lightGray"/>
              </w:rPr>
              <w:t>[0,00]</w:t>
            </w:r>
          </w:p>
        </w:tc>
      </w:tr>
      <w:tr>
        <w:tc>
          <w:tcPr>
            <w:tcW w:type="dxa" w:w="7348"/>
            <w:gridSpan w:val="4"/>
          </w:tcPr>
          <w:p>
            <w:pPr>
              <w:jc w:val="right"/>
            </w:pPr>
            <w:r/>
            <w:r>
              <w:rPr>
                <w:b/>
                <w:i w:val="0"/>
              </w:rPr>
              <w:t>Totale documento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/>
                <w:i w:val="0"/>
              </w:rPr>
              <w:t xml:space="preserve">€ </w:t>
            </w:r>
            <w:r>
              <w:rPr>
                <w:b/>
                <w:i w:val="0"/>
                <w:highlight w:val="lightGray"/>
              </w:rPr>
              <w:t>[0,00]</w:t>
            </w:r>
          </w:p>
        </w:tc>
      </w:tr>
    </w:tbl>
    <w:p>
      <w:pPr>
        <w:spacing w:before="0" w:after="120"/>
      </w:pPr>
    </w:p>
    <w:p>
      <w:pPr>
        <w:spacing w:before="0" w:after="120"/>
        <w:jc w:val="both"/>
      </w:pPr>
      <w:r>
        <w:rPr>
          <w:b w:val="0"/>
          <w:i w:val="0"/>
        </w:rPr>
        <w:t xml:space="preserve">Condizioni di pagamento: </w:t>
      </w:r>
      <w:r>
        <w:rPr>
          <w:b w:val="0"/>
          <w:i w:val="0"/>
          <w:highlight w:val="lightGray"/>
        </w:rPr>
        <w:t>[anticipato / 30 giorni data fattura / ...]</w:t>
      </w:r>
      <w:r>
        <w:rPr>
          <w:b w:val="0"/>
          <w:i w:val="0"/>
        </w:rPr>
        <w:t xml:space="preserve"> mediante bonifico bancario intestato a </w:t>
      </w:r>
      <w:r>
        <w:rPr>
          <w:b w:val="0"/>
          <w:i w:val="0"/>
          <w:highlight w:val="lightGray"/>
        </w:rPr>
        <w:t>[Intestatario]</w:t>
      </w:r>
      <w:r>
        <w:rPr>
          <w:b w:val="0"/>
          <w:i w:val="0"/>
        </w:rPr>
        <w:t xml:space="preserve">, IBAN </w:t>
      </w:r>
      <w:r>
        <w:rPr>
          <w:b w:val="0"/>
          <w:i w:val="0"/>
          <w:highlight w:val="lightGray"/>
        </w:rPr>
        <w:t>[IBAN]</w:t>
      </w:r>
      <w:r>
        <w:rPr>
          <w:b w:val="0"/>
          <w:i w:val="0"/>
        </w:rPr>
        <w:t xml:space="preserve">, causale «Proforma 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>».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Note: </w:t>
      </w:r>
      <w:r>
        <w:rPr>
          <w:b w:val="0"/>
          <w:i w:val="0"/>
          <w:highlight w:val="lightGray"/>
        </w:rPr>
        <w:t>[eventuali condizioni di consegna, tempi, garanzie]</w:t>
      </w:r>
      <w:r>
        <w:rPr>
          <w:b w:val="0"/>
          <w:i w:val="0"/>
        </w:rPr>
        <w:t>.</w:t>
      </w:r>
    </w:p>
    <w:p>
      <w:pPr>
        <w:spacing w:before="240" w:after="120"/>
      </w:pPr>
      <w:r>
        <w:rPr>
          <w:b w:val="0"/>
          <w:i/>
          <w:sz w:val="19"/>
        </w:rPr>
        <w:t>Documento privo di valore fiscale. La fattura definitiva sarà emessa in formato elettronico tramite il Sistema di Interscambio (SdI) al momento del pagamento o dell'effettuazione dell'operazione.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fattura proforma</dc:title>
  <dc:subject>Fattura proforma</dc:subject>
  <dc:creator>Modelli di Contratto</dc:creator>
  <cp:keywords>fac simile, modello, Fattura proforma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