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0" w:after="40"/>
        <w:jc w:val="center"/>
      </w:pPr>
      <w:r>
        <w:rPr>
          <w:b/>
          <w:i w:val="0"/>
          <w:sz w:val="26"/>
        </w:rPr>
        <w:t>RICEVUTA DI PAGAMENTO DEL CANONE DI LOCAZIONE</w:t>
      </w:r>
    </w:p>
    <w:p>
      <w:pPr>
        <w:spacing w:before="0" w:after="120"/>
        <w:jc w:val="center"/>
      </w:pPr>
      <w:r>
        <w:rPr>
          <w:b w:val="0"/>
          <w:i w:val="0"/>
        </w:rPr>
        <w:t xml:space="preserve">N. </w:t>
      </w:r>
      <w:r>
        <w:rPr>
          <w:b w:val="0"/>
          <w:i w:val="0"/>
          <w:highlight w:val="lightGray"/>
        </w:rPr>
        <w:t>[Numero]</w:t>
      </w:r>
      <w:r>
        <w:rPr>
          <w:b w:val="0"/>
          <w:i w:val="0"/>
        </w:rPr>
        <w:t xml:space="preserve"> del </w:t>
      </w:r>
      <w:r>
        <w:rPr>
          <w:b w:val="0"/>
          <w:i w:val="0"/>
          <w:highlight w:val="lightGray"/>
        </w:rPr>
        <w:t>[Data]</w:t>
      </w:r>
    </w:p>
    <w:p>
      <w:pPr>
        <w:spacing w:before="0" w:after="120"/>
        <w:jc w:val="both"/>
      </w:pPr>
      <w:r>
        <w:rPr>
          <w:b w:val="0"/>
          <w:i w:val="0"/>
        </w:rPr>
        <w:t xml:space="preserve">Il/La sottoscritto/a </w:t>
      </w:r>
      <w:r>
        <w:rPr>
          <w:b w:val="0"/>
          <w:i w:val="0"/>
          <w:highlight w:val="lightGray"/>
        </w:rPr>
        <w:t>[Nome e cognome del locatore]</w:t>
      </w:r>
      <w:r>
        <w:rPr>
          <w:b w:val="0"/>
          <w:i w:val="0"/>
        </w:rPr>
        <w:t xml:space="preserve">, nato/a a </w:t>
      </w:r>
      <w:r>
        <w:rPr>
          <w:b w:val="0"/>
          <w:i w:val="0"/>
          <w:highlight w:val="lightGray"/>
        </w:rPr>
        <w:t>[Luogo]</w:t>
      </w:r>
      <w:r>
        <w:rPr>
          <w:b w:val="0"/>
          <w:i w:val="0"/>
        </w:rPr>
        <w:t xml:space="preserve"> il </w:t>
      </w:r>
      <w:r>
        <w:rPr>
          <w:b w:val="0"/>
          <w:i w:val="0"/>
          <w:highlight w:val="lightGray"/>
        </w:rPr>
        <w:t>[Data]</w:t>
      </w:r>
      <w:r>
        <w:rPr>
          <w:b w:val="0"/>
          <w:i w:val="0"/>
        </w:rPr>
        <w:t xml:space="preserve">, residente a </w:t>
      </w:r>
      <w:r>
        <w:rPr>
          <w:b w:val="0"/>
          <w:i w:val="0"/>
          <w:highlight w:val="lightGray"/>
        </w:rPr>
        <w:t>[Comune]</w:t>
      </w:r>
      <w:r>
        <w:rPr>
          <w:b w:val="0"/>
          <w:i w:val="0"/>
        </w:rPr>
        <w:t xml:space="preserve"> in </w:t>
      </w:r>
      <w:r>
        <w:rPr>
          <w:b w:val="0"/>
          <w:i w:val="0"/>
          <w:highlight w:val="lightGray"/>
        </w:rPr>
        <w:t>[Indirizzo]</w:t>
      </w:r>
      <w:r>
        <w:rPr>
          <w:b w:val="0"/>
          <w:i w:val="0"/>
        </w:rPr>
        <w:t xml:space="preserve">, codice fiscale </w:t>
      </w:r>
      <w:r>
        <w:rPr>
          <w:b w:val="0"/>
          <w:i w:val="0"/>
          <w:highlight w:val="lightGray"/>
        </w:rPr>
        <w:t>[Codice fiscale]</w:t>
      </w:r>
      <w:r>
        <w:rPr>
          <w:b w:val="0"/>
          <w:i w:val="0"/>
        </w:rPr>
        <w:t>, in qualità di locatore,</w:t>
      </w:r>
    </w:p>
    <w:p>
      <w:pPr>
        <w:spacing w:before="120" w:after="160"/>
        <w:jc w:val="center"/>
      </w:pPr>
      <w:r>
        <w:rPr>
          <w:b/>
          <w:i w:val="0"/>
        </w:rPr>
        <w:t>DICHIARA DI AVER RICEVUTO</w:t>
      </w:r>
    </w:p>
    <w:p>
      <w:pPr>
        <w:spacing w:before="0" w:after="120"/>
        <w:jc w:val="both"/>
      </w:pPr>
      <w:r>
        <w:rPr>
          <w:b w:val="0"/>
          <w:i w:val="0"/>
        </w:rPr>
        <w:t xml:space="preserve">dal/la Sig./Sig.ra </w:t>
      </w:r>
      <w:r>
        <w:rPr>
          <w:b w:val="0"/>
          <w:i w:val="0"/>
          <w:highlight w:val="lightGray"/>
        </w:rPr>
        <w:t>[Nome e cognome del conduttore]</w:t>
      </w:r>
      <w:r>
        <w:rPr>
          <w:b w:val="0"/>
          <w:i w:val="0"/>
        </w:rPr>
        <w:t xml:space="preserve">, codice fiscale </w:t>
      </w:r>
      <w:r>
        <w:rPr>
          <w:b w:val="0"/>
          <w:i w:val="0"/>
          <w:highlight w:val="lightGray"/>
        </w:rPr>
        <w:t>[Codice fiscale]</w:t>
      </w:r>
      <w:r>
        <w:rPr>
          <w:b w:val="0"/>
          <w:i w:val="0"/>
        </w:rPr>
        <w:t xml:space="preserve">, la somma complessiva di € </w:t>
      </w:r>
      <w:r>
        <w:rPr>
          <w:b w:val="0"/>
          <w:i w:val="0"/>
          <w:highlight w:val="lightGray"/>
        </w:rPr>
        <w:t>[Totale]</w:t>
      </w:r>
      <w:r>
        <w:rPr>
          <w:b w:val="0"/>
          <w:i w:val="0"/>
        </w:rPr>
        <w:t xml:space="preserve"> (euro </w:t>
      </w:r>
      <w:r>
        <w:rPr>
          <w:b w:val="0"/>
          <w:i w:val="0"/>
          <w:highlight w:val="lightGray"/>
        </w:rPr>
        <w:t>[importo in lettere]</w:t>
      </w:r>
      <w:r>
        <w:rPr>
          <w:b w:val="0"/>
          <w:i w:val="0"/>
        </w:rPr>
        <w:t>), così ripartita: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592"/>
        <w:gridCol w:w="4592"/>
      </w:tblGrid>
      <w:tr>
        <w:tc>
          <w:tcPr>
            <w:tcW w:type="dxa" w:w="4592"/>
            <w:shd w:val="clear" w:color="auto" w:fill="EEEAE0"/>
          </w:tcPr>
          <w:p>
            <w:r/>
            <w:r>
              <w:rPr>
                <w:b/>
              </w:rPr>
              <w:t>Causale</w:t>
            </w:r>
          </w:p>
        </w:tc>
        <w:tc>
          <w:tcPr>
            <w:tcW w:type="dxa" w:w="4592"/>
            <w:shd w:val="clear" w:color="auto" w:fill="EEEAE0"/>
          </w:tcPr>
          <w:p>
            <w:r/>
            <w:r>
              <w:rPr>
                <w:b/>
              </w:rPr>
              <w:t>Importo</w:t>
            </w:r>
          </w:p>
        </w:tc>
      </w:tr>
      <w:tr>
        <w:tc>
          <w:tcPr>
            <w:tcW w:type="dxa" w:w="4592"/>
          </w:tcPr>
          <w:p>
            <w:r/>
            <w:r>
              <w:rPr>
                <w:b w:val="0"/>
                <w:i w:val="0"/>
              </w:rPr>
              <w:t xml:space="preserve">Canone di locazione mese di </w:t>
            </w:r>
            <w:r>
              <w:rPr>
                <w:b w:val="0"/>
                <w:i w:val="0"/>
                <w:highlight w:val="lightGray"/>
              </w:rPr>
              <w:t>[Mese e anno]</w:t>
            </w:r>
          </w:p>
        </w:tc>
        <w:tc>
          <w:tcPr>
            <w:tcW w:type="dxa" w:w="4592"/>
          </w:tcPr>
          <w:p>
            <w:pPr>
              <w:jc w:val="right"/>
            </w:pPr>
            <w:r/>
            <w:r>
              <w:rPr>
                <w:b w:val="0"/>
                <w:i w:val="0"/>
              </w:rPr>
              <w:t xml:space="preserve">€ </w:t>
            </w:r>
            <w:r>
              <w:rPr>
                <w:b w:val="0"/>
                <w:i w:val="0"/>
                <w:highlight w:val="lightGray"/>
              </w:rPr>
              <w:t>[Importo]</w:t>
            </w:r>
          </w:p>
        </w:tc>
      </w:tr>
      <w:tr>
        <w:tc>
          <w:tcPr>
            <w:tcW w:type="dxa" w:w="4592"/>
          </w:tcPr>
          <w:p>
            <w:r/>
            <w:r>
              <w:rPr>
                <w:b w:val="0"/>
                <w:i w:val="0"/>
              </w:rPr>
              <w:t xml:space="preserve">Oneri accessori / spese condominiali </w:t>
            </w:r>
            <w:r>
              <w:rPr>
                <w:b w:val="0"/>
                <w:i w:val="0"/>
                <w:highlight w:val="lightGray"/>
              </w:rPr>
              <w:t>[periodo]</w:t>
            </w:r>
          </w:p>
        </w:tc>
        <w:tc>
          <w:tcPr>
            <w:tcW w:type="dxa" w:w="4592"/>
          </w:tcPr>
          <w:p>
            <w:pPr>
              <w:jc w:val="right"/>
            </w:pPr>
            <w:r/>
            <w:r>
              <w:rPr>
                <w:b w:val="0"/>
                <w:i w:val="0"/>
              </w:rPr>
              <w:t xml:space="preserve">€ </w:t>
            </w:r>
            <w:r>
              <w:rPr>
                <w:b w:val="0"/>
                <w:i w:val="0"/>
                <w:highlight w:val="lightGray"/>
              </w:rPr>
              <w:t>[Importo]</w:t>
            </w:r>
          </w:p>
        </w:tc>
      </w:tr>
      <w:tr>
        <w:tc>
          <w:tcPr>
            <w:tcW w:type="dxa" w:w="4592"/>
          </w:tcPr>
          <w:p>
            <w:r/>
            <w:r>
              <w:rPr>
                <w:b/>
                <w:i w:val="0"/>
              </w:rPr>
              <w:t>Totale</w:t>
            </w:r>
          </w:p>
        </w:tc>
        <w:tc>
          <w:tcPr>
            <w:tcW w:type="dxa" w:w="4592"/>
          </w:tcPr>
          <w:p>
            <w:pPr>
              <w:jc w:val="right"/>
            </w:pPr>
            <w:r/>
            <w:r>
              <w:rPr>
                <w:b/>
                <w:i w:val="0"/>
              </w:rPr>
              <w:t xml:space="preserve">€ </w:t>
            </w:r>
            <w:r>
              <w:rPr>
                <w:b/>
                <w:i w:val="0"/>
                <w:highlight w:val="lightGray"/>
              </w:rPr>
              <w:t>[Totale]</w:t>
            </w:r>
          </w:p>
        </w:tc>
      </w:tr>
    </w:tbl>
    <w:p>
      <w:pPr>
        <w:spacing w:before="0" w:after="120"/>
      </w:pPr>
    </w:p>
    <w:p>
      <w:pPr>
        <w:spacing w:before="0" w:after="120"/>
        <w:jc w:val="both"/>
      </w:pPr>
      <w:r>
        <w:rPr>
          <w:b w:val="0"/>
          <w:i w:val="0"/>
        </w:rPr>
        <w:t xml:space="preserve">relativa all'immobile sito in </w:t>
      </w:r>
      <w:r>
        <w:rPr>
          <w:b w:val="0"/>
          <w:i w:val="0"/>
          <w:highlight w:val="lightGray"/>
        </w:rPr>
        <w:t>[Comune]</w:t>
      </w:r>
      <w:r>
        <w:rPr>
          <w:b w:val="0"/>
          <w:i w:val="0"/>
        </w:rPr>
        <w:t xml:space="preserve">, </w:t>
      </w:r>
      <w:r>
        <w:rPr>
          <w:b w:val="0"/>
          <w:i w:val="0"/>
          <w:highlight w:val="lightGray"/>
        </w:rPr>
        <w:t>[Via e numero civico]</w:t>
      </w:r>
      <w:r>
        <w:rPr>
          <w:b w:val="0"/>
          <w:i w:val="0"/>
        </w:rPr>
        <w:t xml:space="preserve">, oggetto del contratto di locazione stipulato il </w:t>
      </w:r>
      <w:r>
        <w:rPr>
          <w:b w:val="0"/>
          <w:i w:val="0"/>
          <w:highlight w:val="lightGray"/>
        </w:rPr>
        <w:t>[Data]</w:t>
      </w:r>
      <w:r>
        <w:rPr>
          <w:b w:val="0"/>
          <w:i w:val="0"/>
        </w:rPr>
        <w:t xml:space="preserve"> e registrato presso l'Agenzia delle Entrate di </w:t>
      </w:r>
      <w:r>
        <w:rPr>
          <w:b w:val="0"/>
          <w:i w:val="0"/>
          <w:highlight w:val="lightGray"/>
        </w:rPr>
        <w:t>[Ufficio]</w:t>
      </w:r>
      <w:r>
        <w:rPr>
          <w:b w:val="0"/>
          <w:i w:val="0"/>
        </w:rPr>
        <w:t xml:space="preserve"> il </w:t>
      </w:r>
      <w:r>
        <w:rPr>
          <w:b w:val="0"/>
          <w:i w:val="0"/>
          <w:highlight w:val="lightGray"/>
        </w:rPr>
        <w:t>[Data]</w:t>
      </w:r>
      <w:r>
        <w:rPr>
          <w:b w:val="0"/>
          <w:i w:val="0"/>
        </w:rPr>
        <w:t xml:space="preserve"> al n. </w:t>
      </w:r>
      <w:r>
        <w:rPr>
          <w:b w:val="0"/>
          <w:i w:val="0"/>
          <w:highlight w:val="lightGray"/>
        </w:rPr>
        <w:t>[Numero]</w:t>
      </w:r>
      <w:r>
        <w:rPr>
          <w:b w:val="0"/>
          <w:i w:val="0"/>
        </w:rPr>
        <w:t>.</w:t>
      </w:r>
    </w:p>
    <w:p>
      <w:pPr>
        <w:spacing w:before="0" w:after="120"/>
        <w:jc w:val="both"/>
      </w:pPr>
      <w:r>
        <w:rPr>
          <w:b w:val="0"/>
          <w:i w:val="0"/>
        </w:rPr>
        <w:t xml:space="preserve">Modalità di pagamento: </w:t>
      </w:r>
      <w:r>
        <w:rPr>
          <w:b w:val="0"/>
          <w:i w:val="0"/>
          <w:highlight w:val="lightGray"/>
        </w:rPr>
        <w:t>[bonifico bancario del ... / assegno n. ... / altro]</w:t>
      </w:r>
      <w:r>
        <w:rPr>
          <w:b w:val="0"/>
          <w:i w:val="0"/>
        </w:rPr>
        <w:t>.</w:t>
      </w:r>
    </w:p>
    <w:p>
      <w:pPr>
        <w:spacing w:before="0" w:after="120"/>
        <w:jc w:val="both"/>
      </w:pPr>
      <w:r>
        <w:rPr>
          <w:b w:val="0"/>
          <w:i w:val="0"/>
        </w:rPr>
        <w:t xml:space="preserve">Imposta di bollo di € 2,00 </w:t>
      </w:r>
      <w:r>
        <w:rPr>
          <w:b w:val="0"/>
          <w:i w:val="0"/>
          <w:highlight w:val="lightGray"/>
        </w:rPr>
        <w:t>[assolta sull'originale, per importi superiori a € 77,47]</w:t>
      </w:r>
      <w:r>
        <w:rPr>
          <w:b w:val="0"/>
          <w:i w:val="0"/>
        </w:rPr>
        <w:t>.</w:t>
      </w:r>
    </w:p>
    <w:p>
      <w:pPr>
        <w:spacing w:before="0" w:after="120"/>
        <w:jc w:val="both"/>
      </w:pPr>
      <w:r>
        <w:rPr>
          <w:b w:val="0"/>
          <w:i w:val="0"/>
          <w:highlight w:val="lightGray"/>
        </w:rPr>
        <w:t>[Luogo]</w:t>
      </w:r>
      <w:r>
        <w:rPr>
          <w:b w:val="0"/>
          <w:i w:val="0"/>
        </w:rPr>
        <w:t xml:space="preserve">, </w:t>
      </w:r>
      <w:r>
        <w:rPr>
          <w:b w:val="0"/>
          <w:i w:val="0"/>
          <w:highlight w:val="lightGray"/>
        </w:rPr>
        <w:t>[Data]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184"/>
      </w:tblGrid>
      <w:tr>
        <w:tc>
          <w:tcPr>
            <w:tcW w:type="dxa" w:w="9184"/>
          </w:tcPr>
          <w:p>
            <w:r/>
            <w:r>
              <w:rPr>
                <w:i/>
              </w:rPr>
              <w:t>Il Locatore</w:t>
            </w:r>
          </w:p>
        </w:tc>
      </w:tr>
      <w:tr>
        <w:tc>
          <w:tcPr>
            <w:tcW w:type="dxa" w:w="9184"/>
          </w:tcPr>
          <w:p>
            <w:r/>
            <w:r>
              <w:br/>
              <w:br/>
              <w:t>_______________________________</w:t>
            </w:r>
          </w:p>
        </w:tc>
      </w:tr>
    </w:tbl>
    <w:p>
      <w:pPr>
        <w:spacing w:before="0" w:after="200"/>
      </w:pPr>
    </w:p>
    <w:sectPr w:rsidR="00FC693F" w:rsidRPr="0006063C" w:rsidSect="00034616">
      <w:footerReference w:type="default" r:id="rId9"/>
      <w:pgSz w:w="11906" w:h="16838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8867B"/>
        <w:sz w:val="16"/>
      </w:rPr>
      <w:t>Modello gratuito scaricato da www.modellidicontratto.it – verificarne l'adeguatezza al caso concreto. Aggiornato: 4 novembre 2026.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88" w:lineRule="auto"/>
    </w:pPr>
    <w:rPr>
      <w:rFonts w:ascii="Times New Roman" w:hAnsi="Times New Roman" w:eastAsia="Times New Roman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 simile ricevuta di pagamento dell'affitto</dc:title>
  <dc:subject>Ricevuta di pagamento affitto</dc:subject>
  <dc:creator>Modelli di Contratto</dc:creator>
  <cp:keywords>fac simile, modello, Ricevuta di pagamento affitto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